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shd w:val="clear" w:color="auto" w:fill="FAF2E8"/>
      </w:pPr>
      <w:r>
        <w:rPr>
          <w:b/>
          <w:i w:val="0"/>
          <w:color w:val="09222B"/>
          <w:sz w:val="20"/>
        </w:rPr>
        <w:t>ΟΔΗΓΙΕΣ (σβήστε αυτό το πλαίσιο πριν τυπώσετε)</w:t>
      </w:r>
    </w:p>
    <w:p>
      <w:pPr>
        <w:spacing w:after="0" w:before="0"/>
        <w:shd w:val="clear" w:color="auto" w:fill="FAF2E8"/>
      </w:pPr>
      <w:r>
        <w:rPr>
          <w:b w:val="0"/>
          <w:i w:val="0"/>
          <w:color w:val="09222B"/>
          <w:sz w:val="18"/>
        </w:rPr>
        <w:t>• Αντικαταστήστε τα κείμενα σε [αγκύλες] με τα δικά σας. Κρατήστε 5–8 πιάτα ανά κατηγορία.</w:t>
      </w:r>
    </w:p>
    <w:p>
      <w:pPr>
        <w:spacing w:after="0" w:before="0"/>
        <w:shd w:val="clear" w:color="auto" w:fill="FAF2E8"/>
      </w:pPr>
      <w:r>
        <w:rPr>
          <w:b w:val="0"/>
          <w:i w:val="0"/>
          <w:color w:val="09222B"/>
          <w:sz w:val="18"/>
        </w:rPr>
        <w:t>• Περιγραφή σε μία γραμμή: τι είναι, πώς μαγειρεύεται, τι το κάνει δικό σας.</w:t>
      </w:r>
    </w:p>
    <w:p>
      <w:pPr>
        <w:spacing w:after="0" w:before="0"/>
        <w:shd w:val="clear" w:color="auto" w:fill="FAF2E8"/>
      </w:pPr>
      <w:r>
        <w:rPr>
          <w:b w:val="0"/>
          <w:i w:val="0"/>
          <w:color w:val="09222B"/>
          <w:sz w:val="18"/>
        </w:rPr>
        <w:t>• Γράψτε τους αριθμούς των αλλεργιογόνων (1–14) δίπλα σε κάθε πιάτο. Υπόμνημα στο τέλος.</w:t>
      </w:r>
    </w:p>
    <w:p>
      <w:pPr>
        <w:spacing w:after="0" w:before="0"/>
        <w:shd w:val="clear" w:color="auto" w:fill="FAF2E8"/>
      </w:pPr>
      <w:r>
        <w:rPr>
          <w:b w:val="0"/>
          <w:i w:val="0"/>
          <w:color w:val="09222B"/>
          <w:sz w:val="18"/>
        </w:rPr>
        <w:t>• Οδηγός με παραδείγματα: platoo.gr/odigoi/menou-estiatoriou/ · Guide in English: platoo.gr/en/guides/restaurant-menu-guide/</w:t>
      </w:r>
    </w:p>
    <w:p>
      <w:pPr>
        <w:spacing w:after="120" w:before="0"/>
      </w:pPr>
    </w:p>
    <w:p>
      <w:pPr>
        <w:spacing w:after="0" w:before="0"/>
      </w:pPr>
      <w:r>
        <w:rPr>
          <w:b/>
          <w:i w:val="0"/>
          <w:color w:val="0076A3"/>
          <w:sz w:val="52"/>
        </w:rPr>
        <w:t>[ΟΝΟΜΑ ΜΑΓΑΖΙΟΥ]</w:t>
      </w:r>
    </w:p>
    <w:p>
      <w:pPr>
        <w:spacing w:after="0" w:before="0"/>
      </w:pPr>
      <w:r>
        <w:rPr>
          <w:b w:val="0"/>
          <w:i w:val="0"/>
          <w:color w:val="0076A3"/>
          <w:sz w:val="22"/>
        </w:rPr>
        <w:t>[Venue name] · Μενού / Menu</w:t>
      </w:r>
    </w:p>
    <w:p>
      <w:pPr>
        <w:spacing w:after="200" w:before="0"/>
        <w:pBdr>
          <w:bottom w:val="single" w:sz="18" w:space="1" w:color="F7D5A7"/>
        </w:pBdr>
      </w:pPr>
      <w:r>
        <w:rPr>
          <w:b w:val="0"/>
          <w:i w:val="0"/>
          <w:color w:val="4F6670"/>
          <w:sz w:val="18"/>
        </w:rPr>
        <w:t>Κουζίνα / Kitchen [12:00–23:30] · Τηλ. / Tel. [ ]</w:t>
      </w:r>
    </w:p>
    <w:p>
      <w:pPr>
        <w:spacing w:after="80" w:before="160"/>
        <w:pBdr>
          <w:bottom w:val="single" w:sz="8" w:space="1" w:color="0076A3"/>
        </w:pBdr>
      </w:pPr>
      <w:r>
        <w:rPr>
          <w:b/>
          <w:color w:val="0076A3"/>
          <w:sz w:val="28"/>
        </w:rPr>
        <w:t xml:space="preserve">Ορεκτικά  </w:t>
      </w:r>
      <w:r>
        <w:rPr>
          <w:b/>
          <w:color w:val="0076A3"/>
          <w:sz w:val="17"/>
        </w:rPr>
        <w:t>STARTERS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spacing w:after="80" w:before="160"/>
        <w:pBdr>
          <w:bottom w:val="single" w:sz="8" w:space="1" w:color="0076A3"/>
        </w:pBdr>
      </w:pPr>
      <w:r>
        <w:rPr>
          <w:b/>
          <w:color w:val="0076A3"/>
          <w:sz w:val="28"/>
        </w:rPr>
        <w:t xml:space="preserve">Σαλάτες  </w:t>
      </w:r>
      <w:r>
        <w:rPr>
          <w:b/>
          <w:color w:val="0076A3"/>
          <w:sz w:val="17"/>
        </w:rPr>
        <w:t>SALADS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spacing w:after="80" w:before="160"/>
        <w:pBdr>
          <w:bottom w:val="single" w:sz="8" w:space="1" w:color="0076A3"/>
        </w:pBdr>
      </w:pPr>
      <w:r>
        <w:rPr>
          <w:b/>
          <w:color w:val="0076A3"/>
          <w:sz w:val="28"/>
        </w:rPr>
        <w:t xml:space="preserve">Μαγειρευτά  </w:t>
      </w:r>
      <w:r>
        <w:rPr>
          <w:b/>
          <w:color w:val="0076A3"/>
          <w:sz w:val="17"/>
        </w:rPr>
        <w:t>READY DISHES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spacing w:after="80" w:before="160"/>
        <w:pBdr>
          <w:bottom w:val="single" w:sz="8" w:space="1" w:color="0076A3"/>
        </w:pBdr>
      </w:pPr>
      <w:r>
        <w:rPr>
          <w:b/>
          <w:color w:val="0076A3"/>
          <w:sz w:val="28"/>
        </w:rPr>
        <w:t xml:space="preserve">Της ώρας  </w:t>
      </w:r>
      <w:r>
        <w:rPr>
          <w:b/>
          <w:color w:val="0076A3"/>
          <w:sz w:val="17"/>
        </w:rPr>
        <w:t>FROM THE GRILL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spacing w:after="80" w:before="160"/>
        <w:pBdr>
          <w:bottom w:val="single" w:sz="8" w:space="1" w:color="0076A3"/>
        </w:pBdr>
      </w:pPr>
      <w:r>
        <w:rPr>
          <w:b/>
          <w:color w:val="0076A3"/>
          <w:sz w:val="28"/>
        </w:rPr>
        <w:t xml:space="preserve">Θαλασσινά &amp; ψάρια  </w:t>
      </w:r>
      <w:r>
        <w:rPr>
          <w:b/>
          <w:color w:val="0076A3"/>
          <w:sz w:val="17"/>
        </w:rPr>
        <w:t>SEAFOOD &amp; FISH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spacing w:after="80" w:before="160"/>
        <w:pBdr>
          <w:bottom w:val="single" w:sz="8" w:space="1" w:color="0076A3"/>
        </w:pBdr>
      </w:pPr>
      <w:r>
        <w:rPr>
          <w:b/>
          <w:color w:val="0076A3"/>
          <w:sz w:val="28"/>
        </w:rPr>
        <w:t xml:space="preserve">Γλυκά  </w:t>
      </w:r>
      <w:r>
        <w:rPr>
          <w:b/>
          <w:color w:val="0076A3"/>
          <w:sz w:val="17"/>
        </w:rPr>
        <w:t>DESSERTS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spacing w:after="80" w:before="160"/>
        <w:pBdr>
          <w:bottom w:val="single" w:sz="8" w:space="1" w:color="0076A3"/>
        </w:pBdr>
      </w:pPr>
      <w:r>
        <w:rPr>
          <w:b/>
          <w:color w:val="0076A3"/>
          <w:sz w:val="28"/>
        </w:rPr>
        <w:t xml:space="preserve">Κρασιά &amp; ποτά  </w:t>
      </w:r>
      <w:r>
        <w:rPr>
          <w:b/>
          <w:color w:val="0076A3"/>
          <w:sz w:val="17"/>
        </w:rPr>
        <w:t>WINE &amp; DRINKS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keepNext/>
        <w:tabs>
          <w:tab w:pos="9865" w:val="right"/>
        </w:tabs>
        <w:spacing w:after="0" w:before="0"/>
      </w:pPr>
      <w:r>
        <w:rPr>
          <w:b/>
          <w:sz w:val="22"/>
        </w:rPr>
        <w:t>[Όνομα πιάτου]</w:t>
      </w:r>
      <w:r>
        <w:rPr>
          <w:b/>
          <w:sz w:val="22"/>
        </w:rPr>
        <w:tab/>
        <w:t>[τιμή]</w:t>
      </w:r>
    </w:p>
    <w:p>
      <w:pPr>
        <w:keepNext/>
        <w:spacing w:after="0" w:before="0"/>
      </w:pPr>
      <w:r>
        <w:rPr>
          <w:b w:val="0"/>
          <w:i w:val="0"/>
          <w:color w:val="4F6670"/>
          <w:sz w:val="18"/>
        </w:rPr>
        <w:t>[Περιγραφή: τι είναι, πώς μαγειρεύεται, τι το κάνει δικό σας]</w:t>
      </w:r>
    </w:p>
    <w:p>
      <w:pPr>
        <w:spacing w:after="100" w:before="0"/>
      </w:pPr>
      <w:r>
        <w:rPr>
          <w:i/>
          <w:sz w:val="18"/>
        </w:rPr>
        <w:t>[Dish name in English — short description]</w:t>
      </w:r>
      <w:r>
        <w:rPr>
          <w:b/>
          <w:color w:val="0076A3"/>
          <w:sz w:val="16"/>
        </w:rPr>
        <w:t xml:space="preserve">  [1, 7]</w:t>
      </w:r>
    </w:p>
    <w:p>
      <w:pPr>
        <w:spacing w:after="120" w:before="0"/>
      </w:pPr>
    </w:p>
    <w:p>
      <w:pPr>
        <w:spacing w:after="40" w:before="0"/>
        <w:pBdr>
          <w:bottom w:val="single" w:sz="6" w:space="1" w:color="CEE1E8"/>
        </w:pBdr>
      </w:pPr>
    </w:p>
    <w:p>
      <w:pPr>
        <w:spacing w:after="40" w:before="0"/>
      </w:pPr>
      <w:r>
        <w:rPr>
          <w:b/>
          <w:sz w:val="16"/>
        </w:rPr>
        <w:t xml:space="preserve">Αλλεργιογόνα / Allergens: </w:t>
      </w:r>
      <w:r>
        <w:rPr>
          <w:color w:val="4F6670"/>
          <w:sz w:val="16"/>
        </w:rPr>
        <w:t>1 Γλουτένη/Gluten · 2 Καρκινοειδή/Crustaceans · 3 Αυγά/Eggs · 4 Ψάρια/Fish · 5 Αράπικα φιστίκια/Peanuts · 6 Σόγια/Soy · 7 Γάλα/Milk · 8 Ξηροί καρποί/Nuts · 9 Σέλινο/Celery · 10 Μουστάρδα/Mustard · 11 Σουσάμι/Sesame · 12 Θειώδη/Sulphites · 13 Λούπινο/Lupin · 14 Μαλάκια/Molluscs.</w:t>
      </w:r>
    </w:p>
    <w:p>
      <w:pPr>
        <w:spacing w:after="120" w:before="0"/>
      </w:pPr>
      <w:r>
        <w:rPr>
          <w:b w:val="0"/>
          <w:i w:val="0"/>
          <w:color w:val="4F6670"/>
          <w:sz w:val="16"/>
        </w:rPr>
        <w:t>V Χορτοφαγικό / Vegetarian · VG Vegan. Ενημερώστε μας για αλλεργίες · Please tell us about allergies. Τιμές σε € / Prices in €.</w:t>
      </w:r>
    </w:p>
    <w:p>
      <w:pPr>
        <w:spacing w:after="0" w:before="0"/>
        <w:jc w:val="center"/>
      </w:pPr>
      <w:r>
        <w:rPr>
          <w:b/>
          <w:i w:val="0"/>
          <w:color w:val="0076A3"/>
          <w:sz w:val="18"/>
        </w:rPr>
        <w:t>[ Θέση για QR code — μενού σε 11 γλώσσες / menu in 11 languages ]</w:t>
      </w:r>
    </w:p>
    <w:p>
      <w:pPr>
        <w:spacing w:after="0" w:before="0"/>
        <w:jc w:val="center"/>
      </w:pPr>
      <w:r>
        <w:rPr>
          <w:b w:val="0"/>
          <w:i w:val="0"/>
          <w:color w:val="4F6670"/>
          <w:sz w:val="14"/>
        </w:rPr>
        <w:t>Δωρεάν υπόδειγμα από το platoo.gr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0922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Υπόδειγμα μενού εστιατορίου / Restaurant menu template</dc:title>
  <dc:subject/>
  <dc:creator>Platoo (platoo.gr)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